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The verb go homework</w:t>
      </w:r>
    </w:p>
    <w:p>
      <w:r>
        <w:t>A2 English  |  Places, activities and everyday life  |  About 35–45 minutes</w:t>
      </w:r>
    </w:p>
    <w:p>
      <w:r>
        <w:t>Name: __________________________________    Date: __________________</w:t>
      </w:r>
    </w:p>
    <w:p>
      <w:r>
        <w:t>Practise the expressions from the lesson. Complete all six activities. Try the exercises first, then use your class notes to check your answers.</w:t>
      </w:r>
    </w:p>
    <w:p>
      <w:pPr>
        <w:pStyle w:val="Heading1"/>
      </w:pPr>
      <w:r>
        <w:t>1 Complete the expressions</w:t>
      </w:r>
    </w:p>
    <w:p>
      <w:r>
        <w:t>Write to, for, on or X if no word is needed.</w:t>
      </w:r>
    </w:p>
    <w:p>
      <w:pPr>
        <w:keepLines/>
        <w:spacing w:after="120"/>
      </w:pPr>
      <w:r>
        <w:t>1.  My aunt wants to go ______ Japan in April.</w:t>
      </w:r>
    </w:p>
    <w:p>
      <w:pPr>
        <w:keepLines/>
        <w:spacing w:after="120"/>
      </w:pPr>
      <w:r>
        <w:t>2.  Please go ______ downstairs. Lunch is ready.</w:t>
      </w:r>
    </w:p>
    <w:p>
      <w:pPr>
        <w:keepLines/>
        <w:spacing w:after="120"/>
      </w:pPr>
      <w:r>
        <w:t>3.  Would you like to go ______ a drink after the film?</w:t>
      </w:r>
    </w:p>
    <w:p>
      <w:pPr>
        <w:keepLines/>
        <w:spacing w:after="120"/>
      </w:pPr>
      <w:r>
        <w:t>4.  Our class is going ______ a trip to a castle.</w:t>
      </w:r>
    </w:p>
    <w:p>
      <w:pPr>
        <w:keepLines/>
        <w:spacing w:after="120"/>
      </w:pPr>
      <w:r>
        <w:t>5.  We often go ______ cycling in the countryside.</w:t>
      </w:r>
    </w:p>
    <w:p>
      <w:pPr>
        <w:keepLines/>
        <w:spacing w:after="120"/>
      </w:pPr>
      <w:r>
        <w:t>6.  I usually go ______ bed at half past ten.</w:t>
      </w:r>
    </w:p>
    <w:p>
      <w:pPr>
        <w:keepLines/>
        <w:spacing w:after="120"/>
      </w:pPr>
      <w:r>
        <w:t>7.  My parents go ______ holiday in September.</w:t>
      </w:r>
    </w:p>
    <w:p>
      <w:pPr>
        <w:keepLines/>
        <w:spacing w:after="120"/>
      </w:pPr>
      <w:r>
        <w:t>8.  It is getting late. We should go ______ home.</w:t>
      </w:r>
    </w:p>
    <w:p>
      <w:pPr>
        <w:keepLines/>
        <w:spacing w:after="120"/>
      </w:pPr>
      <w:r>
        <w:t>9.  We went ______ a tour of the old theatre.</w:t>
      </w:r>
    </w:p>
    <w:p>
      <w:pPr>
        <w:keepLines/>
        <w:spacing w:after="120"/>
      </w:pPr>
      <w:r>
        <w:t>10.  I need to go ______ the dentist’s tomorrow.</w:t>
      </w:r>
    </w:p>
    <w:p>
      <w:pPr>
        <w:pStyle w:val="Heading1"/>
      </w:pPr>
      <w:r>
        <w:t>2 Choose the correct expression</w:t>
      </w:r>
    </w:p>
    <w:p>
      <w:r>
        <w:t>Circle the correct option in each sentence.</w:t>
      </w:r>
    </w:p>
    <w:p>
      <w:pPr>
        <w:keepLines/>
        <w:spacing w:after="120"/>
      </w:pPr>
      <w:r>
        <w:t>1.  Daniel goes to work / to the work by underground.</w:t>
      </w:r>
    </w:p>
    <w:p>
      <w:pPr>
        <w:keepLines/>
        <w:spacing w:after="120"/>
      </w:pPr>
      <w:r>
        <w:t>2.  I would like to go dance / dancing this evening.</w:t>
      </w:r>
    </w:p>
    <w:p>
      <w:pPr>
        <w:keepLines/>
        <w:spacing w:after="120"/>
      </w:pPr>
      <w:r>
        <w:t>3.  We decided to go for a swim / for swimming before lunch.</w:t>
      </w:r>
    </w:p>
    <w:p>
      <w:pPr>
        <w:keepLines/>
        <w:spacing w:after="120"/>
      </w:pPr>
      <w:r>
        <w:t>4.  They want to go on a cruise / to a cruise next summer.</w:t>
      </w:r>
    </w:p>
    <w:p>
      <w:pPr>
        <w:keepLines/>
        <w:spacing w:after="120"/>
      </w:pPr>
      <w:r>
        <w:t>5.  I need to go to a pharmacy / a pharmacy to buy some medicine.</w:t>
      </w:r>
    </w:p>
    <w:p>
      <w:pPr>
        <w:keepLines/>
        <w:spacing w:after="120"/>
      </w:pPr>
      <w:r>
        <w:t>6.  My cousins go abroad / to abroad every winter.</w:t>
      </w:r>
    </w:p>
    <w:p>
      <w:r>
        <w:br w:type="page"/>
      </w:r>
    </w:p>
    <w:p>
      <w:pPr>
        <w:pStyle w:val="Heading1"/>
      </w:pPr>
      <w:r>
        <w:t>3 Correct or incorrect</w:t>
      </w:r>
    </w:p>
    <w:p>
      <w:r>
        <w:t>Three sentences are correct. Write CORRECT or rewrite the whole sentence.</w:t>
      </w:r>
    </w:p>
    <w:p>
      <w:pPr>
        <w:keepLines/>
        <w:spacing w:after="120"/>
      </w:pPr>
      <w:r>
        <w:t>1.  We went to there by bus.</w:t>
      </w:r>
    </w:p>
    <w:p>
      <w:pPr>
        <w:spacing w:after="180"/>
      </w:pPr>
      <w:r>
        <w:t>________________________________________________________________________</w:t>
      </w:r>
    </w:p>
    <w:p>
      <w:pPr>
        <w:keepLines/>
        <w:spacing w:after="120"/>
      </w:pPr>
      <w:r>
        <w:t>2.  Nora goes shopping on Thursday evenings.</w:t>
      </w:r>
    </w:p>
    <w:p>
      <w:pPr>
        <w:spacing w:after="180"/>
      </w:pPr>
      <w:r>
        <w:t>________________________________________________________________________</w:t>
      </w:r>
    </w:p>
    <w:p>
      <w:pPr>
        <w:keepLines/>
        <w:spacing w:after="120"/>
      </w:pPr>
      <w:r>
        <w:t>3.  Did you went to the supermarket yesterday?</w:t>
      </w:r>
    </w:p>
    <w:p>
      <w:pPr>
        <w:spacing w:after="180"/>
      </w:pPr>
      <w:r>
        <w:t>________________________________________________________________________</w:t>
      </w:r>
    </w:p>
    <w:p>
      <w:pPr>
        <w:keepLines/>
        <w:spacing w:after="120"/>
      </w:pPr>
      <w:r>
        <w:t>4.  My neighbour goes to bed very early.</w:t>
      </w:r>
    </w:p>
    <w:p>
      <w:pPr>
        <w:spacing w:after="180"/>
      </w:pPr>
      <w:r>
        <w:t>________________________________________________________________________</w:t>
      </w:r>
    </w:p>
    <w:p>
      <w:pPr>
        <w:keepLines/>
        <w:spacing w:after="120"/>
      </w:pPr>
      <w:r>
        <w:t>5.  They want to go to fishing this weekend.</w:t>
      </w:r>
    </w:p>
    <w:p>
      <w:pPr>
        <w:spacing w:after="180"/>
      </w:pPr>
      <w:r>
        <w:t>________________________________________________________________________</w:t>
      </w:r>
    </w:p>
    <w:p>
      <w:pPr>
        <w:keepLines/>
        <w:spacing w:after="120"/>
      </w:pPr>
      <w:r>
        <w:t>6.  We went on holiday in February.</w:t>
      </w:r>
    </w:p>
    <w:p>
      <w:pPr>
        <w:spacing w:after="180"/>
      </w:pPr>
      <w:r>
        <w:t>________________________________________________________________________</w:t>
      </w:r>
    </w:p>
    <w:p>
      <w:pPr>
        <w:pStyle w:val="Heading1"/>
      </w:pPr>
      <w:r>
        <w:t>4 Rewrite the sentences</w:t>
      </w:r>
    </w:p>
    <w:p>
      <w:r>
        <w:t>Use the word in brackets without changing it. In 1–2, keep a similar meaning. In 3, change the time to yesterday. In 4, write a question.</w:t>
      </w:r>
    </w:p>
    <w:p>
      <w:pPr>
        <w:keepLines/>
        <w:spacing w:after="120"/>
      </w:pPr>
      <w:r>
        <w:t>1.  Let’s go swimming after breakfast. (FOR)</w:t>
        <w:br/>
        <w:t>Let’s _______________________________________________________________.</w:t>
      </w:r>
    </w:p>
    <w:p>
      <w:pPr>
        <w:keepLines/>
        <w:spacing w:after="120"/>
      </w:pPr>
      <w:r>
        <w:t>2.  We went for a run before dinner. (RUNNING)</w:t>
        <w:br/>
        <w:t>We _________________________________________________________________ .</w:t>
      </w:r>
    </w:p>
    <w:p>
      <w:pPr>
        <w:keepLines/>
        <w:spacing w:after="120"/>
      </w:pPr>
      <w:r>
        <w:t>3.  Mia goes shopping every Saturday. (YESTERDAY)</w:t>
        <w:br/>
        <w:t>Mia ________________________________________________________________ .</w:t>
      </w:r>
    </w:p>
    <w:p>
      <w:pPr>
        <w:keepLines/>
        <w:spacing w:after="120"/>
      </w:pPr>
      <w:r>
        <w:t>4.  They went to the gym on Monday. (DID)</w:t>
        <w:br/>
        <w:t>Write a question: _____________________________________________________?</w:t>
      </w:r>
    </w:p>
    <w:p>
      <w:r>
        <w:br w:type="page"/>
      </w:r>
    </w:p>
    <w:p>
      <w:pPr>
        <w:pStyle w:val="Heading1"/>
      </w:pPr>
      <w:r>
        <w:t>5 A weekend in the mountains</w:t>
      </w:r>
    </w:p>
    <w:p>
      <w:r>
        <w:t>Complete the story with the words in the list. Use each word once.</w:t>
      </w:r>
    </w:p>
    <w:p>
      <w:r>
        <w:t>to     |     went     |     for     |     home     |     goes     |     on     |     hiking     |     go</w:t>
      </w:r>
    </w:p>
    <w:p>
      <w:r>
        <w:t>My friend Olivia (1) __________ hiking every month. Last Saturday, I (2) __________ with her for the first time. We decided to (3) __________ to a small village in the mountains. When we arrived, we went (4) __________ a tour of the village. Then we went (5) __________ along a mountain path. In the afternoon, we went (6) __________ a swim in the lake. Later, we went (7) __________ the station to catch our train. We went (8) __________ at seven, tired but happy.</w:t>
      </w:r>
    </w:p>
    <w:p>
      <w:pPr>
        <w:pStyle w:val="Heading1"/>
      </w:pPr>
      <w:r>
        <w:t>6 A day you enjoyed</w:t>
      </w:r>
    </w:p>
    <w:p>
      <w:r>
        <w:t>Write 60–80 words about a day out. It can be real or invented.</w:t>
      </w:r>
    </w:p>
    <w:p>
      <w:r>
        <w:t>Say where you went, who you were with and what you did. Include at least four different patterns from the list below. Underline your expressions with go or went.</w:t>
      </w:r>
    </w:p>
    <w:p>
      <w:r>
        <w:t>go to + place     /     go home or abroad     /     go + -ing</w:t>
        <w:br/>
        <w:t>go for a + activity     /     go on a + trip or tour</w:t>
      </w:r>
    </w:p>
    <w:p>
      <w:pPr>
        <w:spacing w:after="200"/>
      </w:pPr>
      <w:r>
        <w:t>________________________________________________________________________</w:t>
      </w:r>
    </w:p>
    <w:p>
      <w:pPr>
        <w:spacing w:after="200"/>
      </w:pPr>
      <w:r>
        <w:t>________________________________________________________________________</w:t>
      </w:r>
    </w:p>
    <w:p>
      <w:pPr>
        <w:spacing w:after="200"/>
      </w:pPr>
      <w:r>
        <w:t>________________________________________________________________________</w:t>
      </w:r>
    </w:p>
    <w:p>
      <w:pPr>
        <w:spacing w:after="200"/>
      </w:pPr>
      <w:r>
        <w:t>________________________________________________________________________</w:t>
      </w:r>
    </w:p>
    <w:p>
      <w:pPr>
        <w:spacing w:after="200"/>
      </w:pPr>
      <w:r>
        <w:t>________________________________________________________________________</w:t>
      </w:r>
    </w:p>
    <w:p>
      <w:pPr>
        <w:spacing w:after="200"/>
      </w:pPr>
      <w:r>
        <w:t>________________________________________________________________________</w:t>
      </w:r>
    </w:p>
    <w:p>
      <w:pPr>
        <w:spacing w:after="200"/>
      </w:pPr>
      <w:r>
        <w:t>________________________________________________________________________</w:t>
      </w:r>
    </w:p>
    <w:p>
      <w:pPr>
        <w:spacing w:after="200"/>
      </w:pPr>
      <w:r>
        <w:t>________________________________________________________________________</w:t>
      </w:r>
    </w:p>
    <w:p>
      <w:pPr>
        <w:spacing w:after="200"/>
      </w:pPr>
      <w:r>
        <w:t>________________________________________________________________________</w:t>
      </w:r>
    </w:p>
    <w:p>
      <w:pPr>
        <w:spacing w:after="200"/>
      </w:pPr>
      <w:r>
        <w:t>________________________________________________________________________</w:t>
      </w:r>
    </w:p>
    <w:p>
      <w:pPr>
        <w:spacing w:after="160"/>
      </w:pPr>
      <w:r>
        <w:t>Before you finish: check went for the past and go after did or didn’t. Check whether you need to, for, on or no preposition.</w:t>
      </w:r>
    </w:p>
    <w:sectPr w:rsidR="00FC693F" w:rsidRPr="0006063C" w:rsidSect="00034616">
      <w:pgSz w:w="11909" w:h="16834"/>
      <w:pgMar w:top="936" w:right="1080" w:bottom="93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40" w:after="140"/>
      <w:outlineLvl w:val="0"/>
    </w:pPr>
    <w:rPr>
      <w:rFonts w:asciiTheme="majorHAnsi" w:eastAsiaTheme="majorEastAsia" w:hAnsiTheme="majorHAnsi" w:cstheme="majorBidi" w:ascii="Calibri" w:hAnsi="Calibri"/>
      <w:b/>
      <w:bCs/>
      <w:color w:val="007E77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140"/>
      <w:outlineLvl w:val="1"/>
    </w:pPr>
    <w:rPr>
      <w:rFonts w:asciiTheme="majorHAnsi" w:eastAsiaTheme="majorEastAsia" w:hAnsiTheme="majorHAnsi" w:cstheme="majorBidi" w:ascii="Calibri" w:hAnsi="Calibri"/>
      <w:b/>
      <w:bCs/>
      <w:color w:val="007E77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 w:before="240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