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Phrasal verbs | Homework</w:t>
      </w:r>
    </w:p>
    <w:p>
      <w:r>
        <w:rPr>
          <w:color w:val="007E88"/>
        </w:rPr>
        <w:t>A2 English  •  Student worksheet  •  About 35–45 minutes</w:t>
      </w:r>
    </w:p>
    <w:p>
      <w:r>
        <w:t>Name: ____________________________________    Date: ___________________</w:t>
      </w:r>
    </w:p>
    <w:p>
      <w:pPr>
        <w:pStyle w:val="Heading1"/>
      </w:pPr>
      <w:r>
        <w:t>1 | Identify the pattern</w:t>
      </w:r>
    </w:p>
    <w:p>
      <w:r>
        <w:rPr>
          <w:i/>
        </w:rPr>
        <w:t>Write I (intransitive), S (transitive + separable) or N (transitive + inseparable).</w:t>
      </w:r>
    </w:p>
    <w:p>
      <w:r>
        <w:t>1.  My little brother grew up in Madrid.</w:t>
      </w:r>
    </w:p>
    <w:p>
      <w:r>
        <w:t>2.  Please turn off the lights.</w:t>
      </w:r>
    </w:p>
    <w:p>
      <w:r>
        <w:t>3.  She looks after her grandparents.</w:t>
      </w:r>
    </w:p>
    <w:p>
      <w:r>
        <w:t>4.  The bus broke down on the way home.</w:t>
      </w:r>
    </w:p>
    <w:p>
      <w:r>
        <w:t>5.  I wrote down the address.</w:t>
      </w:r>
    </w:p>
    <w:p>
      <w:r>
        <w:t>6.  Can you look for my glasses?</w:t>
      </w:r>
    </w:p>
    <w:p>
      <w:r>
        <w:t>7.  We got up at eight.</w:t>
      </w:r>
    </w:p>
    <w:p>
      <w:r>
        <w:t>8.  He put on his coat.</w:t>
      </w:r>
    </w:p>
    <w:p>
      <w:pPr>
        <w:pStyle w:val="Heading1"/>
      </w:pPr>
      <w:r>
        <w:t>2 | Choose the correct sentence</w:t>
      </w:r>
    </w:p>
    <w:p>
      <w:r>
        <w:rPr>
          <w:i/>
        </w:rPr>
        <w:t>Circle A or B. Only one sentence is correct in each pair.</w:t>
      </w:r>
    </w:p>
    <w:p>
      <w:r>
        <w:t>1.  A. Turn it on.     B. Turn on it.</w:t>
      </w:r>
    </w:p>
    <w:p>
      <w:r>
        <w:t>2.  A. I looked them after.     B. I looked after them.</w:t>
      </w:r>
    </w:p>
    <w:p>
      <w:r>
        <w:t>3.  A. She took off them.     B. She took them off.</w:t>
      </w:r>
    </w:p>
    <w:p>
      <w:r>
        <w:t>4.  A. He looked for it.     B. He looked it for.</w:t>
      </w:r>
    </w:p>
    <w:p>
      <w:r>
        <w:t>5.  A. We wrote it down.     B. We wrote down it.</w:t>
      </w:r>
    </w:p>
    <w:p>
      <w:r>
        <w:t>6.  A. Please put them on.     B. Please put on them.</w:t>
      </w:r>
    </w:p>
    <w:p>
      <w:pPr>
        <w:pStyle w:val="Heading1"/>
      </w:pPr>
      <w:r>
        <w:t>3 | Rewrite using pronouns</w:t>
      </w:r>
    </w:p>
    <w:p>
      <w:r>
        <w:rPr>
          <w:i/>
        </w:rPr>
        <w:t>Replace the bold idea with the pronoun in brackets. Write the complete sentence.</w:t>
      </w:r>
    </w:p>
    <w:p>
      <w:r>
        <w:t>1.  Turn off the computer. (it)</w:t>
      </w:r>
    </w:p>
    <w:p>
      <w:r>
        <w:t>________________________________________________________________________________</w:t>
      </w:r>
    </w:p>
    <w:p>
      <w:r>
        <w:t>2.  Pick up the books. (them)</w:t>
      </w:r>
    </w:p>
    <w:p>
      <w:r>
        <w:t>________________________________________________________________________________</w:t>
      </w:r>
    </w:p>
    <w:p>
      <w:r>
        <w:t>3.  Look after your little sister. (her)</w:t>
      </w:r>
    </w:p>
    <w:p>
      <w:r>
        <w:t>________________________________________________________________________________</w:t>
      </w:r>
    </w:p>
    <w:p>
      <w:r>
        <w:t>4.  Write down the phone number. (it)</w:t>
      </w:r>
    </w:p>
    <w:p>
      <w:r>
        <w:t>________________________________________________________________________________</w:t>
      </w:r>
    </w:p>
    <w:p>
      <w:r>
        <w:t>5.  Put on your shoes. (them)</w:t>
      </w:r>
    </w:p>
    <w:p>
      <w:r>
        <w:t>________________________________________________________________________________</w:t>
      </w:r>
    </w:p>
    <w:p>
      <w:r>
        <w:t>6.  Look for your parents. (them)</w:t>
      </w:r>
    </w:p>
    <w:p>
      <w:r>
        <w:t>________________________________________________________________________________</w:t>
      </w:r>
    </w:p>
    <w:p>
      <w:pPr>
        <w:pStyle w:val="Heading1"/>
      </w:pPr>
      <w:r>
        <w:t>4 | Find and correct mistakes</w:t>
      </w:r>
    </w:p>
    <w:p>
      <w:r>
        <w:rPr>
          <w:i/>
        </w:rPr>
        <w:t>Some sentences are correct. Write “Correct” or rewrite the sentence.</w:t>
      </w:r>
    </w:p>
    <w:p>
      <w:r>
        <w:t>1.  Please turn off it before you leave.</w:t>
      </w:r>
    </w:p>
    <w:p>
      <w:r>
        <w:t>________________________________________________________________________________</w:t>
      </w:r>
    </w:p>
    <w:p>
      <w:r>
        <w:t>2.  She looks after her nephew on Fridays.</w:t>
      </w:r>
    </w:p>
    <w:p>
      <w:r>
        <w:t>________________________________________________________________________________</w:t>
      </w:r>
    </w:p>
    <w:p>
      <w:r>
        <w:t>3.  I put on them every morning.</w:t>
      </w:r>
    </w:p>
    <w:p>
      <w:r>
        <w:t>________________________________________________________________________________</w:t>
      </w:r>
    </w:p>
    <w:p>
      <w:r>
        <w:t>4.  We get on with our neighbours.</w:t>
      </w:r>
    </w:p>
    <w:p>
      <w:r>
        <w:t>________________________________________________________________________________</w:t>
      </w:r>
    </w:p>
    <w:p>
      <w:r>
        <w:t>5.  He looked his keys for.</w:t>
      </w:r>
    </w:p>
    <w:p>
      <w:r>
        <w:t>________________________________________________________________________________</w:t>
      </w:r>
    </w:p>
    <w:p>
      <w:r>
        <w:t>6.  They grew up in a small town.</w:t>
      </w:r>
    </w:p>
    <w:p>
      <w:r>
        <w:t>________________________________________________________________________________</w:t>
      </w:r>
    </w:p>
    <w:p>
      <w:r>
        <w:t>7.  Throw away them, please.</w:t>
      </w:r>
    </w:p>
    <w:p>
      <w:r>
        <w:t>________________________________________________________________________________</w:t>
      </w:r>
    </w:p>
    <w:p>
      <w:r>
        <w:t>8.  Can you write it down?</w:t>
      </w:r>
    </w:p>
    <w:p>
      <w:r>
        <w:t>________________________________________________________________________________</w:t>
      </w:r>
    </w:p>
    <w:p>
      <w:pPr>
        <w:pStyle w:val="Heading1"/>
      </w:pPr>
      <w:r>
        <w:t>5 | Complete the sentences</w:t>
      </w:r>
    </w:p>
    <w:p>
      <w:r>
        <w:rPr>
          <w:i/>
        </w:rPr>
        <w:t>Use each phrasal verb once. Change the form if necessary.</w:t>
      </w:r>
    </w:p>
    <w:p>
      <w:r>
        <w:rPr>
          <w:b/>
          <w:color w:val="007E88"/>
        </w:rPr>
        <w:t>get up  •  fill in  •  turn down  •  go away  •  throw away  •  look after  •  break down  •  put on</w:t>
      </w:r>
    </w:p>
    <w:p>
      <w:r>
        <w:t>1.  Could you __________ this form, please?</w:t>
      </w:r>
    </w:p>
    <w:p>
      <w:r>
        <w:t>2.  The music is too loud. Please __________ it.</w:t>
      </w:r>
    </w:p>
    <w:p>
      <w:r>
        <w:t>3.  My car __________ yesterday, so I took the bus.</w:t>
      </w:r>
    </w:p>
    <w:p>
      <w:r>
        <w:t>4.  I usually __________ at 7:00 on weekdays.</w:t>
      </w:r>
    </w:p>
    <w:p>
      <w:r>
        <w:t>5.  Don’t __________ those pictures!</w:t>
      </w:r>
    </w:p>
    <w:p>
      <w:r>
        <w:t>6.  My aunt will __________ my dog this weekend.</w:t>
      </w:r>
    </w:p>
    <w:p>
      <w:r>
        <w:t>7.  It’s cold outside. __________ your jacket.</w:t>
      </w:r>
    </w:p>
    <w:p>
      <w:r>
        <w:t>8.  The noise finally __________ after midnight.</w:t>
      </w:r>
    </w:p>
    <w:p>
      <w:pPr>
        <w:pStyle w:val="Heading1"/>
      </w:pPr>
      <w:r>
        <w:t>6 | Write about your life</w:t>
      </w:r>
    </w:p>
    <w:p>
      <w:r>
        <w:rPr>
          <w:i/>
        </w:rPr>
        <w:t>Write FOUR complete sentences. Use at least one intransitive verb, one separable verb with it/them, and one inseparable verb.</w:t>
      </w:r>
    </w:p>
    <w:p>
      <w:r>
        <w:t>1.  What time do you get up on weekdays?</w:t>
      </w:r>
    </w:p>
    <w:p>
      <w:r>
        <w:t>________________________________________________________________________________</w:t>
      </w:r>
    </w:p>
    <w:p>
      <w:r>
        <w:t>2.  What do you put on when it is cold?</w:t>
      </w:r>
    </w:p>
    <w:p>
      <w:r>
        <w:t>________________________________________________________________________________</w:t>
      </w:r>
    </w:p>
    <w:p>
      <w:r>
        <w:t>3.  Who do you get on with in your family or class?</w:t>
      </w:r>
    </w:p>
    <w:p>
      <w:r>
        <w:t>________________________________________________________________________________</w:t>
      </w:r>
    </w:p>
    <w:p>
      <w:r>
        <w:t>4.  What did you last look for?</w:t>
      </w:r>
    </w:p>
    <w:p>
      <w:r>
        <w:t>________________________________________________________________________________</w:t>
      </w:r>
    </w:p>
    <w:sectPr w:rsidR="00FC693F" w:rsidRPr="0006063C" w:rsidSect="00034616">
      <w:pgSz w:w="12240" w:h="15840"/>
      <w:pgMar w:top="1037" w:right="1224" w:bottom="979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82D49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82D49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