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Do and make homework</w:t>
      </w:r>
    </w:p>
    <w:p>
      <w:pPr>
        <w:spacing w:after="120"/>
      </w:pPr>
      <w:r>
        <w:t>Name: ______________________________    Date: __________________</w:t>
      </w:r>
    </w:p>
    <w:p>
      <w:pPr>
        <w:spacing w:after="120"/>
      </w:pPr>
      <w:r>
        <w:t>Practise the phrases from the lesson and choose the correct verb form. Complete all six sections. Suggested time: 30 to 40 minutes.</w:t>
      </w:r>
    </w:p>
    <w:p>
      <w:pPr>
        <w:pStyle w:val="Heading1"/>
      </w:pPr>
      <w:r>
        <w:t>1 Choose the verb</w:t>
      </w:r>
    </w:p>
    <w:p>
      <w:pPr>
        <w:spacing w:after="120"/>
      </w:pPr>
      <w:r>
        <w:t>Write do or make. Use the base form in every gap.</w:t>
      </w:r>
    </w:p>
    <w:p>
      <w:pPr>
        <w:spacing w:after="160"/>
      </w:pPr>
      <w:r>
        <w:t xml:space="preserve"> 1.  ________ a promise                       2.  ________ the dishes</w:t>
      </w:r>
    </w:p>
    <w:p>
      <w:pPr>
        <w:spacing w:after="160"/>
      </w:pPr>
      <w:r>
        <w:t xml:space="preserve"> 3.  ________ a living                        4.  ________ your hair</w:t>
      </w:r>
    </w:p>
    <w:p>
      <w:pPr>
        <w:spacing w:after="160"/>
      </w:pPr>
      <w:r>
        <w:t xml:space="preserve"> 5.  ________ a course                        6.  ________ an excuse</w:t>
      </w:r>
    </w:p>
    <w:p>
      <w:pPr>
        <w:spacing w:after="160"/>
      </w:pPr>
      <w:r>
        <w:t xml:space="preserve"> 7.  ________ business                        8.  ________ a suggestion</w:t>
      </w:r>
    </w:p>
    <w:p>
      <w:pPr>
        <w:spacing w:after="160"/>
      </w:pPr>
      <w:r>
        <w:t xml:space="preserve"> 9.  ________ badly in a test                10.  ________ a snack</w:t>
      </w:r>
    </w:p>
    <w:p>
      <w:pPr>
        <w:spacing w:after="160"/>
      </w:pPr>
      <w:r>
        <w:t>11.  ________ too much                       12.  ________ a choice</w:t>
      </w:r>
    </w:p>
    <w:p>
      <w:pPr>
        <w:pStyle w:val="Heading1"/>
      </w:pPr>
      <w:r>
        <w:t>2 Choose the correct form</w:t>
      </w:r>
    </w:p>
    <w:p>
      <w:pPr>
        <w:spacing w:after="120"/>
      </w:pPr>
      <w:r>
        <w:t>Complete the sentences with the correct form of do or make.</w:t>
      </w:r>
    </w:p>
    <w:p>
      <w:pPr>
        <w:spacing w:after="100"/>
      </w:pPr>
      <w:r>
        <w:t>1.  Ella usually __________ her bed before school.</w:t>
      </w:r>
    </w:p>
    <w:p>
      <w:pPr>
        <w:spacing w:after="100"/>
      </w:pPr>
      <w:r>
        <w:t>2.  We __________ the laundry last Sunday.</w:t>
      </w:r>
    </w:p>
    <w:p>
      <w:pPr>
        <w:spacing w:after="100"/>
      </w:pPr>
      <w:r>
        <w:t>3.  Be quiet! I am __________ a phone call.</w:t>
      </w:r>
    </w:p>
    <w:p>
      <w:pPr>
        <w:spacing w:after="100"/>
      </w:pPr>
      <w:r>
        <w:t>4.  My cousins __________ karate every Tuesday.</w:t>
      </w:r>
    </w:p>
    <w:p>
      <w:pPr>
        <w:spacing w:after="100"/>
      </w:pPr>
      <w:r>
        <w:t>5.  Yesterday, Ben __________ a mistake in his email.</w:t>
      </w:r>
    </w:p>
    <w:p>
      <w:pPr>
        <w:spacing w:after="100"/>
      </w:pPr>
      <w:r>
        <w:t>6.  I’m __________ an assignment at the moment.</w:t>
      </w:r>
    </w:p>
    <w:p>
      <w:pPr>
        <w:spacing w:after="100"/>
      </w:pPr>
      <w:r>
        <w:t>7.  Does your dad __________ dinner on Fridays?</w:t>
      </w:r>
    </w:p>
    <w:p>
      <w:pPr>
        <w:spacing w:after="100"/>
      </w:pPr>
      <w:r>
        <w:t>8.  They didn’t __________ any shopping yesterday.</w:t>
      </w:r>
    </w:p>
    <w:p>
      <w:r>
        <w:br w:type="page"/>
      </w:r>
    </w:p>
    <w:p>
      <w:pPr>
        <w:pStyle w:val="Heading1"/>
      </w:pPr>
      <w:r>
        <w:t>3 Correct the mistakes</w:t>
      </w:r>
    </w:p>
    <w:p>
      <w:pPr>
        <w:spacing w:after="120"/>
      </w:pPr>
      <w:r>
        <w:t>Two sentences are correct. Write Correct for those sentences. Rewrite the other four sentences correctly.</w:t>
      </w:r>
    </w:p>
    <w:p>
      <w:pPr>
        <w:spacing w:after="100"/>
      </w:pPr>
      <w:r>
        <w:t>1.  I do my bed every morning.</w:t>
      </w:r>
    </w:p>
    <w:p>
      <w:pPr>
        <w:spacing w:after="140"/>
      </w:pPr>
      <w:r>
        <w:t>________________________________________________________________________</w:t>
      </w:r>
    </w:p>
    <w:p>
      <w:pPr>
        <w:spacing w:after="100"/>
      </w:pPr>
      <w:r>
        <w:t>2.  We made new friends at the sports club.</w:t>
      </w:r>
    </w:p>
    <w:p>
      <w:pPr>
        <w:spacing w:after="140"/>
      </w:pPr>
      <w:r>
        <w:t>________________________________________________________________________</w:t>
      </w:r>
    </w:p>
    <w:p>
      <w:pPr>
        <w:spacing w:after="100"/>
      </w:pPr>
      <w:r>
        <w:t>3.  Did you did the ironing yesterday?</w:t>
      </w:r>
    </w:p>
    <w:p>
      <w:pPr>
        <w:spacing w:after="140"/>
      </w:pPr>
      <w:r>
        <w:t>________________________________________________________________________</w:t>
      </w:r>
    </w:p>
    <w:p>
      <w:pPr>
        <w:spacing w:after="100"/>
      </w:pPr>
      <w:r>
        <w:t>4.  Sam is making his homework in his room.</w:t>
      </w:r>
    </w:p>
    <w:p>
      <w:pPr>
        <w:spacing w:after="140"/>
      </w:pPr>
      <w:r>
        <w:t>________________________________________________________________________</w:t>
      </w:r>
    </w:p>
    <w:p>
      <w:pPr>
        <w:spacing w:after="100"/>
      </w:pPr>
      <w:r>
        <w:t>5.  My aunt makes a living as a singer.</w:t>
      </w:r>
    </w:p>
    <w:p>
      <w:pPr>
        <w:spacing w:after="140"/>
      </w:pPr>
      <w:r>
        <w:t>________________________________________________________________________</w:t>
      </w:r>
    </w:p>
    <w:p>
      <w:pPr>
        <w:spacing w:after="100"/>
      </w:pPr>
      <w:r>
        <w:t>6.  Lily doesn’t makes breakfast on weekdays.</w:t>
      </w:r>
    </w:p>
    <w:p>
      <w:pPr>
        <w:spacing w:after="140"/>
      </w:pPr>
      <w:r>
        <w:t>________________________________________________________________________</w:t>
      </w:r>
    </w:p>
    <w:p>
      <w:pPr>
        <w:pStyle w:val="Heading1"/>
      </w:pPr>
      <w:r>
        <w:t>4 Change the sentences</w:t>
      </w:r>
    </w:p>
    <w:p>
      <w:pPr>
        <w:spacing w:after="120"/>
      </w:pPr>
      <w:r>
        <w:t>Follow the instruction. Write the complete sentence.</w:t>
      </w:r>
    </w:p>
    <w:p>
      <w:pPr>
        <w:spacing w:after="80"/>
      </w:pPr>
      <w:r>
        <w:t>1.  Tom makes coffee every morning.  Make this sentence negative.</w:t>
      </w:r>
    </w:p>
    <w:p>
      <w:pPr>
        <w:spacing w:after="160"/>
      </w:pPr>
      <w:r>
        <w:t>________________________________________________________________________</w:t>
      </w:r>
    </w:p>
    <w:p>
      <w:pPr>
        <w:spacing w:after="80"/>
      </w:pPr>
      <w:r>
        <w:t>2.  You did the housework yesterday.  Make a yes or no question.</w:t>
      </w:r>
    </w:p>
    <w:p>
      <w:pPr>
        <w:spacing w:after="160"/>
      </w:pPr>
      <w:r>
        <w:t>________________________________________________________________________</w:t>
      </w:r>
    </w:p>
    <w:p>
      <w:pPr>
        <w:spacing w:after="80"/>
      </w:pPr>
      <w:r>
        <w:t>3.  Maya makes lunch every day.  Begin with Yesterday.</w:t>
      </w:r>
    </w:p>
    <w:p>
      <w:pPr>
        <w:spacing w:after="160"/>
      </w:pPr>
      <w:r>
        <w:t>________________________________________________________________________</w:t>
      </w:r>
    </w:p>
    <w:p>
      <w:pPr>
        <w:spacing w:after="80"/>
      </w:pPr>
      <w:r>
        <w:t>4.  We do yoga on Mondays.  Begin with Right now. Use the present continuous.</w:t>
      </w:r>
    </w:p>
    <w:p>
      <w:pPr>
        <w:spacing w:after="160"/>
      </w:pPr>
      <w:r>
        <w:t>________________________________________________________________________</w:t>
      </w:r>
    </w:p>
    <w:p>
      <w:r>
        <w:br w:type="page"/>
      </w:r>
    </w:p>
    <w:p>
      <w:pPr>
        <w:pStyle w:val="Heading1"/>
      </w:pPr>
      <w:r>
        <w:t>5 A school fair</w:t>
      </w:r>
    </w:p>
    <w:p>
      <w:pPr>
        <w:spacing w:after="120"/>
      </w:pPr>
      <w:r>
        <w:t>Complete the story with the correct form of do or make. All the actions happened last Saturday.</w:t>
      </w:r>
    </w:p>
    <w:p>
      <w:pPr>
        <w:spacing w:after="240"/>
      </w:pPr>
      <w:r>
        <w:t>Last Saturday, our class organised a school fair. Before the fair, we (1) __________ a list of jobs. I (2) __________ the shopping with my dad. At home, I (3) __________ some sandwiches and my sister (4) __________ a cake.</w:t>
      </w:r>
    </w:p>
    <w:p>
      <w:pPr>
        <w:spacing w:after="280"/>
      </w:pPr>
      <w:r>
        <w:t>At the fair, I (5) __________ my best to help everyone. Our class (6) __________ €120 by selling food. Later, we (7) __________ the dishes. I also (8) __________ friends with two students from another class.</w:t>
      </w:r>
    </w:p>
    <w:p>
      <w:pPr>
        <w:pStyle w:val="Heading1"/>
      </w:pPr>
      <w:r>
        <w:t>6 Your own weekend</w:t>
      </w:r>
    </w:p>
    <w:p>
      <w:pPr>
        <w:spacing w:after="120"/>
      </w:pPr>
      <w:r>
        <w:t>Write 60–80 words about a real or imaginary weekend. Use at least six different phrases with do or make, including at least two with each verb. Underline the phrases you use.</w:t>
      </w:r>
    </w:p>
    <w:p>
      <w:pPr>
        <w:spacing w:after="120"/>
      </w:pPr>
      <w:r>
        <w:t>You can write about food, housework, exercise, friends or plans. Use the past simple to describe a finished weekend. These phrases may help:</w:t>
      </w:r>
    </w:p>
    <w:p>
      <w:pPr>
        <w:spacing w:after="200"/>
      </w:pPr>
      <w:r>
        <w:t>do the shopping   •   make dinner   •   do exercise   •   make plans</w:t>
        <w:br/>
        <w:t>do your best   •   make a mistake   •   do nothing   •   make friends</w:t>
      </w:r>
    </w:p>
    <w:p>
      <w:pPr>
        <w:spacing w:after="140"/>
      </w:pPr>
      <w:r>
        <w:t>________________________________________________________________________</w:t>
      </w:r>
    </w:p>
    <w:p>
      <w:pPr>
        <w:spacing w:after="140"/>
      </w:pPr>
      <w:r>
        <w:t>________________________________________________________________________</w:t>
      </w:r>
    </w:p>
    <w:p>
      <w:pPr>
        <w:spacing w:after="140"/>
      </w:pPr>
      <w:r>
        <w:t>________________________________________________________________________</w:t>
      </w:r>
    </w:p>
    <w:p>
      <w:pPr>
        <w:spacing w:after="140"/>
      </w:pPr>
      <w:r>
        <w:t>________________________________________________________________________</w:t>
      </w:r>
    </w:p>
    <w:p>
      <w:pPr>
        <w:spacing w:after="140"/>
      </w:pPr>
      <w:r>
        <w:t>________________________________________________________________________</w:t>
      </w:r>
    </w:p>
    <w:p>
      <w:pPr>
        <w:spacing w:after="140"/>
      </w:pPr>
      <w:r>
        <w:t>________________________________________________________________________</w:t>
      </w:r>
    </w:p>
    <w:p>
      <w:pPr>
        <w:spacing w:after="140"/>
      </w:pPr>
      <w:r>
        <w:t>________________________________________________________________________</w:t>
      </w:r>
    </w:p>
    <w:p>
      <w:pPr>
        <w:spacing w:after="140"/>
      </w:pPr>
      <w:r>
        <w:t>________________________________________________________________________</w:t>
      </w:r>
    </w:p>
    <w:p>
      <w:pPr>
        <w:spacing w:after="140"/>
      </w:pPr>
      <w:r>
        <w:t>________________________________________________________________________</w:t>
      </w:r>
    </w:p>
    <w:p>
      <w:pPr>
        <w:spacing w:after="140"/>
      </w:pPr>
      <w:r>
        <w:t>________________________________________________________________________</w:t>
      </w:r>
    </w:p>
    <w:p>
      <w:pPr>
        <w:spacing w:after="160"/>
      </w:pPr>
      <w:r>
        <w:t>Before you finish: check do or make, the verb form, and your spelling.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Student worksheet  •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Caption"/>
    </w:pPr>
    <w:r>
      <w:rPr>
        <w:color w:val="000000"/>
      </w:rPr>
      <w:t>A2 ENGLISH  /  DO AND MAKE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2" w:lineRule="auto"/>
    </w:pPr>
    <w:rPr>
      <w:rFonts w:ascii="Calibri" w:hAnsi="Calibri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60" w:line="240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