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Homework on the verb get</w:t>
      </w:r>
    </w:p>
    <w:p>
      <w:r>
        <w:t>A2 English • About 35–45 minutes</w:t>
        <w:br/>
        <w:t>Practise the meanings and forms of get. Complete the exercises, then write about your own life. Use your lesson slides if you need help.</w:t>
      </w:r>
    </w:p>
    <w:p>
      <w:r>
        <w:t>Name: ___________________________    Date: __________________</w:t>
      </w:r>
    </w:p>
    <w:p>
      <w:pPr>
        <w:pStyle w:val="Heading1"/>
      </w:pPr>
      <w:r>
        <w:t>1 Meaning in context</w:t>
      </w:r>
    </w:p>
    <w:p>
      <w:r>
        <w:t>Match each sentence with a meaning. Write A–G. Use each letter once.</w:t>
      </w:r>
    </w:p>
    <w:p>
      <w:r>
        <w:t>A arrive     B bring     C receive     D obtain or succeed in having</w:t>
        <w:br/>
        <w:t>E become     F take transport     G buy</w:t>
      </w:r>
    </w:p>
    <w:p>
      <w:pPr>
        <w:keepNext w:val="0"/>
      </w:pPr>
      <w:r>
        <w:t>1. I got a letter from my aunt this morning.  ______</w:t>
      </w:r>
    </w:p>
    <w:p>
      <w:pPr>
        <w:keepNext w:val="0"/>
      </w:pPr>
      <w:r>
        <w:t>2. Dan got these shoes in the sale for £20.  ______</w:t>
      </w:r>
    </w:p>
    <w:p>
      <w:pPr>
        <w:keepNext w:val="0"/>
      </w:pPr>
      <w:r>
        <w:t>3. The keys are upstairs. Can you get them for me?  ______</w:t>
      </w:r>
    </w:p>
    <w:p>
      <w:pPr>
        <w:keepNext w:val="0"/>
      </w:pPr>
      <w:r>
        <w:t>4. We got a train because the journey was too long to walk.  ______</w:t>
      </w:r>
    </w:p>
    <w:p>
      <w:pPr>
        <w:keepNext w:val="0"/>
      </w:pPr>
      <w:r>
        <w:t>5. The children got sleepy after the film.  ______</w:t>
      </w:r>
    </w:p>
    <w:p>
      <w:pPr>
        <w:keepNext w:val="0"/>
      </w:pPr>
      <w:r>
        <w:t>6. We got to the swimming pool at half past three.  ______</w:t>
      </w:r>
    </w:p>
    <w:p>
      <w:pPr>
        <w:keepNext w:val="0"/>
      </w:pPr>
      <w:r>
        <w:t>7. After three interviews, Eva finally got the job.  ______</w:t>
      </w:r>
    </w:p>
    <w:p>
      <w:pPr>
        <w:pStyle w:val="Heading1"/>
      </w:pPr>
      <w:r>
        <w:t>2 The correct form</w:t>
      </w:r>
    </w:p>
    <w:p>
      <w:r>
        <w:t>Complete each gap with get, gets, got or getting.</w:t>
      </w:r>
    </w:p>
    <w:p>
      <w:pPr>
        <w:keepNext w:val="0"/>
      </w:pPr>
      <w:r>
        <w:t>1. My dad usually __________ the train to work.</w:t>
      </w:r>
    </w:p>
    <w:p>
      <w:pPr>
        <w:keepNext w:val="0"/>
      </w:pPr>
      <w:r>
        <w:t>2. Last Tuesday, I __________ a new phone.</w:t>
      </w:r>
    </w:p>
    <w:p>
      <w:pPr>
        <w:keepNext w:val="0"/>
      </w:pPr>
      <w:r>
        <w:t>3. Be quiet! The baby is __________ tired.</w:t>
      </w:r>
    </w:p>
    <w:p>
      <w:pPr>
        <w:keepNext w:val="0"/>
      </w:pPr>
      <w:r>
        <w:t>4. Did you __________ a reply from the teacher?</w:t>
      </w:r>
    </w:p>
    <w:p>
      <w:pPr>
        <w:keepNext w:val="0"/>
      </w:pPr>
      <w:r>
        <w:t>5. We did not __________ any tomatoes at the supermarket.</w:t>
      </w:r>
    </w:p>
    <w:p>
      <w:pPr>
        <w:keepNext w:val="0"/>
      </w:pPr>
      <w:r>
        <w:t>6. I always __________ dressed before breakfast.</w:t>
      </w:r>
    </w:p>
    <w:p>
      <w:pPr>
        <w:keepNext w:val="0"/>
      </w:pPr>
      <w:r>
        <w:t>7. What time does your brother __________ home?</w:t>
      </w:r>
    </w:p>
    <w:p>
      <w:pPr>
        <w:keepNext w:val="0"/>
      </w:pPr>
      <w:r>
        <w:t>8. They __________ married in 2018.</w:t>
      </w:r>
    </w:p>
    <w:p>
      <w:r>
        <w:br w:type="page"/>
      </w:r>
    </w:p>
    <w:p>
      <w:pPr>
        <w:pStyle w:val="Heading1"/>
      </w:pPr>
      <w:r>
        <w:t>3 Correct or incorrect</w:t>
      </w:r>
    </w:p>
    <w:p>
      <w:r>
        <w:t>Two sentences are correct. Write Correct or rewrite the whole sentence.</w:t>
      </w:r>
    </w:p>
    <w:p>
      <w:pPr>
        <w:keepNext/>
      </w:pPr>
      <w:r>
        <w:t>1. What time did you got here?</w:t>
      </w:r>
    </w:p>
    <w:p>
      <w:r>
        <w:t>________________________________________________________________________</w:t>
      </w:r>
    </w:p>
    <w:p>
      <w:pPr>
        <w:keepNext/>
      </w:pPr>
      <w:r>
        <w:t>2. We got to the restaurant before seven.</w:t>
      </w:r>
    </w:p>
    <w:p>
      <w:r>
        <w:t>________________________________________________________________________</w:t>
      </w:r>
    </w:p>
    <w:p>
      <w:pPr>
        <w:keepNext/>
      </w:pPr>
      <w:r>
        <w:t>3. My cousin get nervous before every test.</w:t>
      </w:r>
    </w:p>
    <w:p>
      <w:r>
        <w:t>________________________________________________________________________</w:t>
      </w:r>
    </w:p>
    <w:p>
      <w:pPr>
        <w:keepNext/>
      </w:pPr>
      <w:r>
        <w:t>4. I am getting better every day.</w:t>
      </w:r>
    </w:p>
    <w:p>
      <w:r>
        <w:t>________________________________________________________________________</w:t>
      </w:r>
    </w:p>
    <w:p>
      <w:pPr>
        <w:keepNext/>
      </w:pPr>
      <w:r>
        <w:t>5. Please text me when you get to there.</w:t>
      </w:r>
    </w:p>
    <w:p>
      <w:r>
        <w:t>________________________________________________________________________</w:t>
      </w:r>
    </w:p>
    <w:p>
      <w:pPr>
        <w:keepNext/>
      </w:pPr>
      <w:r>
        <w:t>6. She did not got my email.</w:t>
      </w:r>
    </w:p>
    <w:p>
      <w:r>
        <w:t>________________________________________________________________________</w:t>
      </w:r>
    </w:p>
    <w:p>
      <w:pPr>
        <w:pStyle w:val="Heading1"/>
      </w:pPr>
      <w:r>
        <w:t>4 The same meaning</w:t>
      </w:r>
    </w:p>
    <w:p>
      <w:r>
        <w:t>Rewrite each sentence using get or got. Keep the original meaning and tense.</w:t>
      </w:r>
    </w:p>
    <w:p>
      <w:pPr>
        <w:keepNext/>
      </w:pPr>
      <w:r>
        <w:t>1. We arrived at the library at nine.</w:t>
      </w:r>
    </w:p>
    <w:p>
      <w:r>
        <w:t>________________________________________________________________________</w:t>
      </w:r>
    </w:p>
    <w:p>
      <w:pPr>
        <w:keepNext/>
      </w:pPr>
      <w:r>
        <w:t>2. I received a parcel on Monday.</w:t>
      </w:r>
    </w:p>
    <w:p>
      <w:r>
        <w:t>________________________________________________________________________</w:t>
      </w:r>
    </w:p>
    <w:p>
      <w:pPr>
        <w:keepNext/>
      </w:pPr>
      <w:r>
        <w:t>3. Could you bring me a clean glass?</w:t>
      </w:r>
    </w:p>
    <w:p>
      <w:r>
        <w:t>________________________________________________________________________</w:t>
      </w:r>
    </w:p>
    <w:p>
      <w:pPr>
        <w:keepNext/>
      </w:pPr>
      <w:r>
        <w:t>4. He became hungry after swimming.</w:t>
      </w:r>
    </w:p>
    <w:p>
      <w:r>
        <w:t>________________________________________________________________________</w:t>
      </w:r>
    </w:p>
    <w:p>
      <w:pPr>
        <w:keepNext/>
      </w:pPr>
      <w:r>
        <w:t>5. We bought some flowers for our neighbour.</w:t>
      </w:r>
    </w:p>
    <w:p>
      <w:r>
        <w:t>________________________________________________________________________</w:t>
      </w:r>
    </w:p>
    <w:p>
      <w:pPr>
        <w:keepNext/>
      </w:pPr>
      <w:r>
        <w:t>6. I took a bus to the sports centre.</w:t>
      </w:r>
    </w:p>
    <w:p>
      <w:r>
        <w:t>________________________________________________________________________</w:t>
      </w:r>
    </w:p>
    <w:p>
      <w:r>
        <w:br w:type="page"/>
      </w:r>
    </w:p>
    <w:p>
      <w:pPr>
        <w:pStyle w:val="Heading1"/>
      </w:pPr>
      <w:r>
        <w:t>5 Everyday expressions</w:t>
      </w:r>
    </w:p>
    <w:p>
      <w:r>
        <w:t>Complete each gap with an expression from the list below. Use each one once.</w:t>
      </w:r>
    </w:p>
    <w:p>
      <w:r>
        <w:t>got dressed     got lost     got to</w:t>
        <w:br/>
        <w:t>got tired     got married     getting better</w:t>
      </w:r>
    </w:p>
    <w:p>
      <w:pPr>
        <w:keepNext w:val="0"/>
      </w:pPr>
      <w:r>
        <w:t>1. I was in my pyjamas, so I went upstairs and __________.</w:t>
      </w:r>
    </w:p>
    <w:p>
      <w:pPr>
        <w:keepNext w:val="0"/>
      </w:pPr>
      <w:r>
        <w:t>2. We could not find our hotel. We __________ in the city centre.</w:t>
      </w:r>
    </w:p>
    <w:p>
      <w:pPr>
        <w:keepNext w:val="0"/>
      </w:pPr>
      <w:r>
        <w:t>3. An hour later, we finally __________ our hotel.</w:t>
      </w:r>
    </w:p>
    <w:p>
      <w:pPr>
        <w:keepNext w:val="0"/>
      </w:pPr>
      <w:r>
        <w:t>4. I __________ after walking all afternoon, so I sat down.</w:t>
      </w:r>
    </w:p>
    <w:p>
      <w:pPr>
        <w:keepNext w:val="0"/>
      </w:pPr>
      <w:r>
        <w:t>5. My uncle and his partner __________ last summer.</w:t>
      </w:r>
    </w:p>
    <w:p>
      <w:pPr>
        <w:keepNext w:val="0"/>
      </w:pPr>
      <w:r>
        <w:t>6. I had a cold last week, but now I am __________.</w:t>
      </w:r>
    </w:p>
    <w:p>
      <w:pPr>
        <w:pStyle w:val="Heading1"/>
      </w:pPr>
      <w:r>
        <w:t>6 Get in your life</w:t>
      </w:r>
    </w:p>
    <w:p>
      <w:r>
        <w:t>Write 60–80 words about a day out, a celebration or a busy day. You can invent the details.</w:t>
      </w:r>
    </w:p>
    <w:p>
      <w:r>
        <w:t>Use at least five different expressions with get. Include an arrival, a change in how you felt, and receiving or buying something. Underline your get expressions.</w:t>
      </w:r>
    </w:p>
    <w:p>
      <w:r>
        <w:t>Ideas: get a present, get a message, get a taxi, get excited, get hungry, get home.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________________________________________________________________________</w:t>
      </w:r>
    </w:p>
    <w:p>
      <w:r>
        <w:t>Before you finish: check get after did and did not. Check to with places.</w:t>
        <w:br/>
        <w:t>Remember: get home, get here and get there.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/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64" w:lineRule="auto"/>
    </w:pPr>
    <w:rPr>
      <w:rFonts w:ascii="Calibri" w:hAnsi="Calibri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